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CHECKLISTE MIT ZEITPLAN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Umzugs-Checkliste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Alle To-dos in der richtigen Reihenfolge – von 3 Monaten vor dem Umzug bis zur Ummeldung nach dem Einzug.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3 Monate vorher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Mietvertrag kündigen (Frist meist 3 Monate – prüfen!)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Umzugstermin festlegen, Urlaub beantragen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Umzugsunternehmen anfragen oder Helfer &amp; Transporter organisieren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Ausmisten &amp; Entrümpeln (Sperrmüll anmelden)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Ggf. Kita-/Schulplatz am neuen Wohnort klären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4 Wochen vorher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Nachsendeauftrag bei der Post stellen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Strom &amp; Gas für die neue Wohnung anmelden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Internet/Telefon ummelden (Vorlauf oft 4–6 Wochen!)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Umzugskartons &amp; Packmaterial besorgen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Ggf. Halteverbotszone beantragen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Übergabetermine für alte und neue Wohnung vereinbaren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1 Woche vorher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Kartons packen und nach Räumen beschriften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„Erste-Nacht-Karton“ packen (Werkzeug, Ladekabel, Kaffee …)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Nachbarn informieren, Aufzug reservieren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Lebensmittel aufbrauchen, Kühlschrank abtauen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Verpflegung für die Umzugshelfer planen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pageBreakBefore/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Am Umzugstag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Zählerstände in alter und neuer Wohnung ablesen (mit Foto)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Übergabeprotokoll alte Wohnung ausfüllen, Schlüssel übergeben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Kartons zählen und Transport kontrollieren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Übergabeprotokoll neue Wohnung beim Einzug ausfüllen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5 </w:t>
      </w:r>
      <w:r>
        <w:rPr>
          <w:rFonts w:ascii="Arial" w:hAnsi="Arial"/>
          <w:b/>
          <w:color w:val="232F2F"/>
          <w:sz w:val="23"/>
        </w:rPr>
        <w:t xml:space="preserve">   Nach dem Umzug (2 Wochen)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Ummelden beim Bürgeramt (Frist: 2 Wochen, Wohnungsgeberbestätigung mitnehmen)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Ggf. Kfz umschreiben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Banken, Versicherungen, Arbeitgeber &amp; Abos informieren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Rundfunkbeitrag ummelden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Kautionsrückzahlung der alten Wohnung im Blick behalten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Umzugscheckliste – Zeitplan zum Abhaken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